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Kapadokija + Istanbul 05.10-10.10.2026.</dc:title>
  <dc:subject/>
  <dc:creator>Centrotours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